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צייד הרמזים המטרימים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רמזים מטרימים ולהבין את הפואנטה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https://sifrut-hachaver.sites.tab.bot/pe-remazim.html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מושגים: רמז מטרים, פואנטה (סוף שמאיר את הסיפור באור חדש).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פרט על המספר – לא רומז על הגילוי.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דווקא חיזק את התדמית של עושר (הטעיה).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קשר משפחתי 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סוד ביניהם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צייד הרמזים המטרימים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רמז מטרים הוא פרט קטן שמכין אותנו למה שיקרה. סמנו אילו פרטים הם רמזים.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רמז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"נכון" = זה רמז מטרים. "לא נכון" = זה לא רמז.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לאישה צמה "כעשויה מזהב מוצק".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הצמה אסופה "כמנהג פשוטות העם".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לאישה לחיים חיוורות ועפעפיים של מי שישן מעט.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השניים מחליפים חיוך של סוד.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היה הראשון בכיתה.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ספרי החבר כרוכים בקרטון אדום ומבריק.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הצמה הזהובה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עוני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תסרוקת של נשים פשוטות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סוד ביניהם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פנים חיוורות ועייפות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קשר משפחתי לחבר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חיוך משותף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מחלה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פסקה: אילו הייתם בכיתה – האם הייתם מנחשים את הסוד? על סמך איזה רמז?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צייד הרמזים המטרימים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