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צייד הרמזים המטרימים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רמזים מטרימים ולהבין את הפואנטה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https://sifrut-hachaver.sites.tab.bot/pe-remazim.html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מושגים: רמז מטרים, פואנטה (סוף שמאיר את הסיפור באור חדש).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פרט על המספר – לא רומז על הגילוי.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דווקא חיזק את התדמית של עושר (הטעיה).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קשר משפחתי 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סוד ביניהם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בקריאה שנייה מבינים שהאישה היא אם, שהחבר עני ומתבייש; התיאורים מקבלים משמעות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צייד הרמזים המטרימים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רמז מטרים הוא פרט קטן שמכין אותנו למה שיקרה. סמנו אילו פרטים הם רמזים.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צמה / פקעת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שיער קלוע / שיער אסוף בעיגול מאחור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רמז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"נכון" = זה רמז מטרים. "לא נכון" = זה לא רמז.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השניים מחליפים חיוך של סוד.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היה הראשון בכיתה.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ספרי החבר כרוכים בקרטון אדום ומבריק.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הזהובה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קשר משפחתי לחבר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תסרוקת של נשים פשוטות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מחלה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פנים חיוורות ועייפות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סוד ביניהם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 משותף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עוני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הסבירו: איך הגילוי בסוף חלק א׳ משנה את הדרך שבה אנחנו קוראים את ההתחלה?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פסקה: אילו הייתם בכיתה – האם הייתם מנחשים את הסוד? על סמך איזה רמז?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צייד הרמזים המטרימים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