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סדר האירועים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לשחזר את רצף העלילה בשני חלקי הסיפור ולזהות את המפנה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https://sifrut-hachaver.sites.tab.bot/pe-seder.html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הפעילות מתאימה אחרי קריאת היצירה כולה.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לגזור את האירועים לרצועות ולסדר על השולחן.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המספר מתאר את הכיתה ואת החבר היפה – "רב־מלאך".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אישה עם צמה זהובה באה לקחת את החבר מבית הספר בכל יום.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החבר פורץ בבכי מר ליד שולחן המורה.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מתברר שאמו מתה – והיא הייתה "המשרתת".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המספר נכנס לחנות, והחבר קורא לו "חרשן".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המספר עונה "בן של משרתת" ובורח מהחנות.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המספר הבוגר מוכן לשבת בכלא במקום החבר.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הצגת המספר, הכיתה והחבר היפה והמוערץ – "רב־מלאך".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אישה "משרתת" באה לקחת את החבר מבית הספר בכל יום.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החבר פורץ בבכי מר ליד שולחן המורה.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מתברר שאמו מתה – והיא הייתה "המשרתת".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 – בוז של הכיתה; החבר עוזב את בית הספר.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מתברר שהמשרתת היא האם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🪜 סדר האירועים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סדרו את האירועים לפי הסדר שבו קרו בסיפור.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רב־מלאך  |  תדמית  |  בוז  |  בושה  |  עוני  |  משרתת  |  אמא  |  חנות  |  חרטה  |  יתום  |  צמה  |  סוד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 האירועים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מספר ליד כל אירוע (1 = הראשון).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המספר נכנס לחנות, והחבר קורא לו "חרשן".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המספר הבוגר מוכן לשבת בכלא במקום החבר.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החבר פורץ בבכי מר ליד שולחן המורה.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אישה עם צמה זהובה באה לקחת את החבר מבית הספר בכל יום.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מתברר שאמו מתה – והיא הייתה "המשרתת".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המספר עונה "בן של משרתת" ובורח מהחנות.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המספר מתאר את הכיתה ואת החבר היפה – "רב־מלאך".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מבנה העלילה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כל שלב לאירוע.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פתיחה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הצגת המספר, הכיתה והחבר היפה והמוערץ – "רב־מלאך".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סיבוך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החבר פורץ בבכי מר ליד שולחן המורה.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שיא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אישה "משרתת" באה לקחת את החבר מבית הספר בכל יום.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מתברר שאמו מתה – והיא הייתה "המשרתת".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סיום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ה. בוז של הכיתה; החבר עוזב את בית הספר.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חשיבה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איזה אירוע הוא המפנה?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הבכי בכיתה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מתברר שהמשרתת היא האם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אירוע אחד מהסיפור וכתבו מה הוא הרגיש מנקודת מבטו של החבר.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השתמשו במילים: קודם, אחר כך, בסוף.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סדר האירועים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